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8374F"/>
          <w:sz w:val="32"/>
        </w:rPr>
        <w:t>FORMULARZ ZWROTU PRODUKTU</w:t>
      </w:r>
    </w:p>
    <w:p>
      <w:r>
        <w:t>Prosimy o wypełnienie niniejszego formularza i postępowanie zgodnie z poniższymi instrukcjami.</w:t>
      </w:r>
    </w:p>
    <w:p>
      <w:pPr>
        <w:pStyle w:val="Heading2"/>
      </w:pPr>
      <w:r>
        <w:t>Dane dotyczące zwrotu</w:t>
      </w:r>
    </w:p>
    <w:p>
      <w:r>
        <w:rPr>
          <w:b/>
        </w:rPr>
        <w:t xml:space="preserve">Numer faktury: </w:t>
      </w:r>
      <w:r>
        <w:t>................................................................................</w:t>
      </w:r>
    </w:p>
    <w:p>
      <w:r>
        <w:rPr>
          <w:b/>
        </w:rPr>
        <w:t xml:space="preserve">Liczba zwracanych produktów: </w:t>
      </w:r>
      <w:r>
        <w:t>................................................................................</w:t>
      </w:r>
    </w:p>
    <w:p>
      <w:pPr>
        <w:pStyle w:val="Heading2"/>
      </w:pPr>
      <w:r>
        <w:t>Dane do zwrotu środków</w:t>
      </w:r>
    </w:p>
    <w:p>
      <w:r>
        <w:t>Prosimy o podanie danych rachunku bankowego, na który możemy zwrócić należność.</w:t>
      </w:r>
    </w:p>
    <w:p>
      <w:r>
        <w:rPr>
          <w:b/>
        </w:rPr>
        <w:t>Imię i nazwisko właściciela rachunku:</w:t>
      </w:r>
    </w:p>
    <w:p>
      <w:r>
        <w:t>................................................................................................................</w:t>
      </w:r>
    </w:p>
    <w:p>
      <w:r>
        <w:rPr>
          <w:b/>
        </w:rPr>
        <w:t>Numer rachunku bankowego (IBAN: PL + 26 cyfr):</w:t>
      </w:r>
    </w:p>
    <w:p>
      <w:r>
        <w:t>................................................................................................................</w:t>
      </w:r>
    </w:p>
    <w:p>
      <w:r>
        <w:rPr>
          <w:b/>
        </w:rPr>
        <w:t>Kod SWIFT/BIC banku:</w:t>
      </w:r>
    </w:p>
    <w:p>
      <w:r>
        <w:t>................................................................................................................</w:t>
      </w:r>
    </w:p>
    <w:p>
      <w:r>
        <w:rPr>
          <w:b/>
        </w:rPr>
        <w:t>Imię i nazwisko / podpis kupującego:</w:t>
      </w:r>
    </w:p>
    <w:p>
      <w:r>
        <w:t>................................................................................................................</w:t>
      </w:r>
    </w:p>
    <w:p>
      <w:pPr>
        <w:pStyle w:val="Heading2"/>
      </w:pPr>
      <w:r>
        <w:t>Adres do zwrotu produktów</w:t>
      </w:r>
    </w:p>
    <w:p>
      <w:r>
        <w:t>Paczkę ze zwracanymi produktami należy wysłać po wcześniejszym uzgodnieniu na poniższy adres:</w:t>
      </w:r>
    </w:p>
    <w:p>
      <w:r>
        <w:rPr>
          <w:b/>
        </w:rPr>
        <w:t>Közép-európai Állatorvosi Központ Kft.</w:t>
      </w:r>
    </w:p>
    <w:p>
      <w:r>
        <w:t>2051 Biatorbágy, Tormásrét utca 12.</w:t>
        <w:br/>
        <w:t>Węgry</w:t>
      </w:r>
    </w:p>
    <w:p>
      <w:r>
        <w:rPr>
          <w:b/>
        </w:rPr>
        <w:t xml:space="preserve">Adres e-mail: </w:t>
      </w:r>
      <w:r>
        <w:t>info@euvetpet.pl</w:t>
      </w:r>
    </w:p>
    <w:p>
      <w:r>
        <w:rPr>
          <w:b/>
        </w:rPr>
        <w:t xml:space="preserve">Obsługa klienta – telefon: </w:t>
      </w:r>
      <w:r>
        <w:t>+48 799 081 064</w:t>
      </w:r>
    </w:p>
    <w:sectPr w:rsidR="00FC693F" w:rsidRPr="0006063C" w:rsidSect="00034616">
      <w:pgSz w:w="12240" w:h="15840"/>
      <w:pgMar w:top="1191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